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4B9136" w14:textId="77777777" w:rsidR="00DE6558" w:rsidRDefault="00000000">
      <w:pPr>
        <w:spacing w:after="40"/>
        <w:jc w:val="center"/>
      </w:pPr>
      <w:r>
        <w:rPr>
          <w:b/>
          <w:sz w:val="24"/>
        </w:rPr>
        <w:t>ALLEGATO A</w:t>
      </w:r>
    </w:p>
    <w:p w14:paraId="540E922B" w14:textId="77777777" w:rsidR="00DE6558" w:rsidRDefault="00000000">
      <w:pPr>
        <w:spacing w:after="40"/>
        <w:jc w:val="center"/>
      </w:pPr>
      <w:r>
        <w:rPr>
          <w:b/>
          <w:sz w:val="28"/>
        </w:rPr>
        <w:t>DOMANDA DI PARTECIPAZIONE</w:t>
      </w:r>
    </w:p>
    <w:p w14:paraId="4E0A5562" w14:textId="77777777" w:rsidR="00DE6558" w:rsidRDefault="00000000">
      <w:pPr>
        <w:spacing w:after="40"/>
        <w:jc w:val="center"/>
      </w:pPr>
      <w:r>
        <w:rPr>
          <w:b/>
          <w:sz w:val="24"/>
        </w:rPr>
        <w:t>Concorso di idee per la realizzazione di un murale</w:t>
      </w:r>
    </w:p>
    <w:p w14:paraId="7D7A81AA" w14:textId="77777777" w:rsidR="00DE6558" w:rsidRDefault="00000000">
      <w:pPr>
        <w:spacing w:after="120"/>
        <w:jc w:val="center"/>
      </w:pPr>
      <w:r>
        <w:t>Progetto di riqualificazione del Mercato Ittico di Porticello – Santa Flavia (PA) — «Un mare di colore»</w:t>
      </w:r>
    </w:p>
    <w:p w14:paraId="5FCD5AA1" w14:textId="77777777" w:rsidR="00DE6558" w:rsidRDefault="00DE6558">
      <w:pPr>
        <w:pBdr>
          <w:bottom w:val="single" w:sz="6" w:space="1" w:color="1F3B57"/>
        </w:pBdr>
        <w:spacing w:after="80"/>
      </w:pPr>
    </w:p>
    <w:p w14:paraId="641AC6B3" w14:textId="73BF7C4E" w:rsidR="00DE6558" w:rsidRDefault="0094295E" w:rsidP="0094295E">
      <w:pPr>
        <w:tabs>
          <w:tab w:val="left" w:pos="4253"/>
          <w:tab w:val="left" w:pos="4536"/>
        </w:tabs>
        <w:spacing w:after="40"/>
      </w:pPr>
      <w:r>
        <w:rPr>
          <w:b/>
        </w:rPr>
        <w:tab/>
      </w:r>
      <w:r w:rsidR="00000000">
        <w:rPr>
          <w:b/>
        </w:rPr>
        <w:t xml:space="preserve">Al </w:t>
      </w:r>
      <w:r>
        <w:rPr>
          <w:b/>
        </w:rPr>
        <w:tab/>
      </w:r>
      <w:r w:rsidRPr="0094295E">
        <w:rPr>
          <w:b/>
          <w:bCs/>
        </w:rPr>
        <w:t>GAL Pesca FLAG Golfo di Termini Imerese Soc. Cons. Coop.</w:t>
      </w:r>
      <w:r w:rsidRPr="0094295E">
        <w:rPr>
          <w:b/>
          <w:bCs/>
        </w:rPr>
        <w:t xml:space="preserve"> </w:t>
      </w:r>
    </w:p>
    <w:p w14:paraId="237E80B1" w14:textId="49CA5F86" w:rsidR="00DE6558" w:rsidRDefault="0094295E" w:rsidP="0094295E">
      <w:pPr>
        <w:tabs>
          <w:tab w:val="left" w:pos="4253"/>
          <w:tab w:val="left" w:pos="4536"/>
        </w:tabs>
      </w:pPr>
      <w:r>
        <w:rPr>
          <w:b/>
        </w:rPr>
        <w:tab/>
      </w:r>
      <w:r>
        <w:rPr>
          <w:b/>
        </w:rPr>
        <w:tab/>
      </w:r>
      <w:r w:rsidR="00000000">
        <w:rPr>
          <w:b/>
        </w:rPr>
        <w:t>PEC: gacgolfoditermini@pec.it</w:t>
      </w:r>
    </w:p>
    <w:p w14:paraId="60CA6F8E" w14:textId="77777777" w:rsidR="0094295E" w:rsidRDefault="0094295E" w:rsidP="0094295E">
      <w:pPr>
        <w:spacing w:after="80"/>
        <w:jc w:val="both"/>
        <w:rPr>
          <w:b/>
        </w:rPr>
      </w:pPr>
    </w:p>
    <w:p w14:paraId="4BE5A46A" w14:textId="77777777" w:rsidR="0094295E" w:rsidRDefault="0094295E" w:rsidP="0094295E">
      <w:pPr>
        <w:spacing w:after="80"/>
        <w:jc w:val="both"/>
        <w:rPr>
          <w:b/>
        </w:rPr>
      </w:pPr>
    </w:p>
    <w:p w14:paraId="471BCD1C" w14:textId="442921F3" w:rsidR="00DE6558" w:rsidRPr="00D725A6" w:rsidRDefault="00000000" w:rsidP="0094295E">
      <w:pPr>
        <w:spacing w:after="80"/>
        <w:jc w:val="both"/>
        <w:rPr>
          <w:lang w:val="it-IT"/>
        </w:rPr>
      </w:pPr>
      <w:r w:rsidRPr="00D725A6">
        <w:rPr>
          <w:b/>
          <w:lang w:val="it-IT"/>
        </w:rPr>
        <w:t xml:space="preserve">Oggetto PEC: </w:t>
      </w:r>
      <w:r w:rsidRPr="00D725A6">
        <w:rPr>
          <w:lang w:val="it-IT"/>
        </w:rPr>
        <w:t xml:space="preserve">«Partecipazione al Concorso di idee per la realizzazione di un murale </w:t>
      </w:r>
      <w:r w:rsidR="00D725A6" w:rsidRPr="00D725A6">
        <w:rPr>
          <w:lang w:val="it-IT"/>
        </w:rPr>
        <w:t>nei prospetti, corpi e muri perimetrali dell’immobile del Mercato Ittico di Porticello nel comune di Santa Flavia (PA)</w:t>
      </w:r>
      <w:r w:rsidRPr="00D725A6">
        <w:rPr>
          <w:lang w:val="it-IT"/>
        </w:rPr>
        <w:t>».</w:t>
      </w:r>
      <w:r w:rsidR="00D725A6" w:rsidRPr="00D725A6">
        <w:rPr>
          <w:rFonts w:asciiTheme="minorHAnsi" w:hAnsiTheme="minorHAnsi"/>
          <w:sz w:val="24"/>
          <w:szCs w:val="24"/>
          <w:lang w:val="it-IT"/>
        </w:rPr>
        <w:t xml:space="preserve"> </w:t>
      </w:r>
    </w:p>
    <w:p w14:paraId="1098779A" w14:textId="77777777" w:rsidR="00DE6558" w:rsidRDefault="00DE6558" w:rsidP="0094295E">
      <w:pPr>
        <w:spacing w:after="120"/>
        <w:jc w:val="both"/>
      </w:pPr>
    </w:p>
    <w:p w14:paraId="44310CE9" w14:textId="77777777" w:rsidR="00DE6558" w:rsidRDefault="00000000">
      <w:pPr>
        <w:spacing w:after="120"/>
        <w:jc w:val="both"/>
      </w:pPr>
      <w:r>
        <w:t>Il/La sottoscritto/a, come di seguito identificato, presenta domanda di partecipazione al Concorso di idee in oggetto, ai sensi e per gli effetti del relativo avviso pubblico e dell'art. 46, comma 4, del D.Lgs. 31 marzo 2023, n. 36.</w:t>
      </w:r>
    </w:p>
    <w:p w14:paraId="28C928CD" w14:textId="77777777" w:rsidR="00DE6558" w:rsidRDefault="00000000">
      <w:pPr>
        <w:spacing w:before="240" w:after="120"/>
      </w:pPr>
      <w:r>
        <w:rPr>
          <w:b/>
          <w:color w:val="1F3B57"/>
          <w:sz w:val="24"/>
        </w:rPr>
        <w:t>1. Dati del concorrente (o del referente, in caso di gruppo)</w:t>
      </w:r>
    </w:p>
    <w:p w14:paraId="482F185D" w14:textId="77777777" w:rsidR="00DE6558" w:rsidRDefault="00000000">
      <w:r>
        <w:rPr>
          <w:b/>
        </w:rPr>
        <w:t xml:space="preserve">Nome e Cognome: </w:t>
      </w:r>
      <w:r>
        <w:t>_______________________________________________________</w:t>
      </w:r>
    </w:p>
    <w:p w14:paraId="51C68419" w14:textId="77777777" w:rsidR="00DE6558" w:rsidRDefault="00000000">
      <w:r>
        <w:rPr>
          <w:b/>
        </w:rPr>
        <w:t xml:space="preserve">Luogo e data di nascita: </w:t>
      </w:r>
      <w:r>
        <w:t>__________________________________________________</w:t>
      </w:r>
    </w:p>
    <w:p w14:paraId="47C68487" w14:textId="77777777" w:rsidR="00DE6558" w:rsidRDefault="00000000">
      <w:r>
        <w:rPr>
          <w:b/>
        </w:rPr>
        <w:t xml:space="preserve">Residenza (via, civico, CAP, Comune, Provincia): </w:t>
      </w:r>
      <w:r>
        <w:t>________________________________________</w:t>
      </w:r>
    </w:p>
    <w:p w14:paraId="25D719E5" w14:textId="77777777" w:rsidR="00DE6558" w:rsidRDefault="00000000">
      <w:r>
        <w:rPr>
          <w:b/>
        </w:rPr>
        <w:t xml:space="preserve">Codice fiscale: </w:t>
      </w:r>
      <w:r>
        <w:t>_______________________________________________________</w:t>
      </w:r>
    </w:p>
    <w:p w14:paraId="48091A6B" w14:textId="77777777" w:rsidR="00DE6558" w:rsidRDefault="00000000">
      <w:r>
        <w:rPr>
          <w:b/>
        </w:rPr>
        <w:t xml:space="preserve">Numero di telefono: </w:t>
      </w:r>
      <w:r>
        <w:t>__________________________________________________</w:t>
      </w:r>
    </w:p>
    <w:p w14:paraId="20474580" w14:textId="77777777" w:rsidR="00DE6558" w:rsidRDefault="00000000">
      <w:r>
        <w:rPr>
          <w:b/>
        </w:rPr>
        <w:t xml:space="preserve">Indirizzo e-mail: </w:t>
      </w:r>
      <w:r>
        <w:t>_______________________________________________________</w:t>
      </w:r>
    </w:p>
    <w:p w14:paraId="6942160A" w14:textId="77777777" w:rsidR="00DE6558" w:rsidRDefault="00000000">
      <w:r>
        <w:rPr>
          <w:b/>
        </w:rPr>
        <w:t xml:space="preserve">Indirizzo PEC (se disponibile): </w:t>
      </w:r>
      <w:r>
        <w:t>_____________________________________________</w:t>
      </w:r>
    </w:p>
    <w:p w14:paraId="275475F8" w14:textId="77777777" w:rsidR="00DE6558" w:rsidRDefault="00000000">
      <w:r>
        <w:rPr>
          <w:b/>
        </w:rPr>
        <w:t xml:space="preserve">Sito internet / pagina social (facoltativo): </w:t>
      </w:r>
      <w:r>
        <w:t>________________________________________</w:t>
      </w:r>
    </w:p>
    <w:p w14:paraId="6E3E79FE" w14:textId="77777777" w:rsidR="00DE6558" w:rsidRDefault="00000000">
      <w:pPr>
        <w:spacing w:before="240" w:after="120"/>
      </w:pPr>
      <w:r>
        <w:rPr>
          <w:b/>
          <w:color w:val="1F3B57"/>
          <w:sz w:val="24"/>
        </w:rPr>
        <w:t>2. Qualità di partecipazione</w:t>
      </w:r>
    </w:p>
    <w:p w14:paraId="6DDAE960" w14:textId="77777777" w:rsidR="00DE6558" w:rsidRDefault="00000000">
      <w:pPr>
        <w:spacing w:after="80"/>
        <w:jc w:val="both"/>
      </w:pPr>
      <w:r>
        <w:t>Barrare la casella di interesse:</w:t>
      </w:r>
    </w:p>
    <w:p w14:paraId="0237FB7E" w14:textId="77777777" w:rsidR="00DE6558" w:rsidRDefault="00000000">
      <w:pPr>
        <w:spacing w:after="120"/>
        <w:ind w:left="283"/>
      </w:pPr>
      <w:r>
        <w:t>☐  Singolo partecipante.</w:t>
      </w:r>
    </w:p>
    <w:p w14:paraId="38B7CEBD" w14:textId="77777777" w:rsidR="00DE6558" w:rsidRDefault="00000000">
      <w:pPr>
        <w:spacing w:after="120"/>
        <w:ind w:left="283"/>
      </w:pPr>
      <w:r>
        <w:t>☐  Referente di un gruppo di lavoro, composto oltre che dal sottoscritto anche dai seguenti partecipanti (per ciascuno indicare nome, cognome, luogo e data di nascita, residenza, codice fiscale su foglio allegato con gli stessi campi di cui al punto 1):</w:t>
      </w:r>
    </w:p>
    <w:p w14:paraId="7E830AD1" w14:textId="4BA01A1D" w:rsidR="00DE6558" w:rsidRDefault="00000000">
      <w:r>
        <w:rPr>
          <w:b/>
        </w:rPr>
        <w:t xml:space="preserve">Elenco componenti del </w:t>
      </w:r>
      <w:r w:rsidRPr="00D725A6">
        <w:rPr>
          <w:b/>
          <w:lang w:val="it-IT"/>
        </w:rPr>
        <w:t>gruppo</w:t>
      </w:r>
      <w:r>
        <w:rPr>
          <w:b/>
        </w:rPr>
        <w:t>:</w:t>
      </w:r>
      <w:r w:rsidR="00D725A6">
        <w:rPr>
          <w:b/>
        </w:rPr>
        <w:t xml:space="preserve"> </w:t>
      </w:r>
      <w:r>
        <w:rPr>
          <w:b/>
        </w:rPr>
        <w:t xml:space="preserve"> </w:t>
      </w:r>
      <w:r>
        <w:t>_____________________________________________</w:t>
      </w:r>
    </w:p>
    <w:p w14:paraId="0442E2D3" w14:textId="77777777" w:rsidR="00DE6558" w:rsidRDefault="00000000">
      <w:pPr>
        <w:spacing w:before="240" w:after="120"/>
      </w:pPr>
      <w:r>
        <w:rPr>
          <w:b/>
          <w:color w:val="1F3B57"/>
          <w:sz w:val="24"/>
        </w:rPr>
        <w:lastRenderedPageBreak/>
        <w:t>3. Oggetto della proposta</w:t>
      </w:r>
    </w:p>
    <w:p w14:paraId="1504658A" w14:textId="77777777" w:rsidR="00DE6558" w:rsidRDefault="00000000">
      <w:pPr>
        <w:spacing w:after="120"/>
        <w:jc w:val="both"/>
      </w:pPr>
      <w:r>
        <w:t>Il/La sottoscritto/a, nella qualità sopra indicata,</w:t>
      </w:r>
    </w:p>
    <w:p w14:paraId="64B80B0A" w14:textId="77777777" w:rsidR="00DE6558" w:rsidRDefault="00000000" w:rsidP="00D725A6">
      <w:pPr>
        <w:spacing w:before="120" w:after="120"/>
        <w:jc w:val="center"/>
      </w:pPr>
      <w:r>
        <w:rPr>
          <w:b/>
          <w:sz w:val="24"/>
        </w:rPr>
        <w:t>CHIEDE</w:t>
      </w:r>
    </w:p>
    <w:p w14:paraId="038C6969" w14:textId="77777777" w:rsidR="00DE6558" w:rsidRDefault="00000000">
      <w:pPr>
        <w:spacing w:after="120"/>
        <w:jc w:val="both"/>
      </w:pPr>
      <w:r>
        <w:t>di essere ammesso/a a partecipare al Concorso di idee in oggetto con un'opera dal titolo:</w:t>
      </w:r>
    </w:p>
    <w:p w14:paraId="3CB48E67" w14:textId="77777777" w:rsidR="00DE6558" w:rsidRDefault="00000000">
      <w:r>
        <w:rPr>
          <w:b/>
        </w:rPr>
        <w:t xml:space="preserve">Titolo dell'opera: </w:t>
      </w:r>
      <w:r>
        <w:t>_______________________________________________________</w:t>
      </w:r>
    </w:p>
    <w:p w14:paraId="3CD98E6B" w14:textId="77777777" w:rsidR="00D725A6" w:rsidRPr="00D725A6" w:rsidRDefault="00D725A6" w:rsidP="00D725A6">
      <w:pPr>
        <w:spacing w:after="120"/>
        <w:jc w:val="both"/>
      </w:pPr>
      <w:r>
        <w:t>Il/La sottoscritto/a dichiara altresì di impegnarsi, in caso di aggiudicazione, a realizzare l'opera proposta entro il termine perentorio dell'11 ottobre 2026, salvo l'eventuale proroga di 7 giorni per ritocchi e finiture di cui all'art. 12 dell'avviso.</w:t>
      </w:r>
    </w:p>
    <w:p w14:paraId="0E234BCB" w14:textId="77777777" w:rsidR="00DE6558" w:rsidRDefault="00000000">
      <w:pPr>
        <w:spacing w:before="240" w:after="120"/>
      </w:pPr>
      <w:r>
        <w:rPr>
          <w:b/>
          <w:color w:val="1F3B57"/>
          <w:sz w:val="24"/>
        </w:rPr>
        <w:t>4. Dichiarazioni sostitutive sui requisiti di ammissione</w:t>
      </w:r>
    </w:p>
    <w:p w14:paraId="7B1F59DF" w14:textId="77777777" w:rsidR="00DE6558" w:rsidRDefault="00000000">
      <w:pPr>
        <w:spacing w:after="120"/>
        <w:jc w:val="both"/>
      </w:pPr>
      <w:r>
        <w:t>Ai sensi degli articoli 46 e 47 del D.P.R. 28 dicembre 2000, n. 445 e successive modifiche e integrazioni, consapevole delle sanzioni penali previste dall'art. 76 del medesimo decreto in caso di dichiarazioni false o mendaci, nonché della decadenza dai benefici conseguenti al provvedimento eventualmente emanato sulla base di dichiarazioni non veritiere ai sensi dell'art. 75 del medesimo decreto,</w:t>
      </w:r>
    </w:p>
    <w:p w14:paraId="7CC7C9E0" w14:textId="77777777" w:rsidR="00DE6558" w:rsidRDefault="00000000" w:rsidP="00D725A6">
      <w:pPr>
        <w:spacing w:after="120"/>
        <w:jc w:val="center"/>
        <w:rPr>
          <w:b/>
          <w:sz w:val="24"/>
        </w:rPr>
      </w:pPr>
      <w:r>
        <w:rPr>
          <w:b/>
          <w:sz w:val="24"/>
        </w:rPr>
        <w:t>DICHIARA</w:t>
      </w:r>
    </w:p>
    <w:p w14:paraId="3B2A5D9B" w14:textId="24F9E863" w:rsidR="00D725A6" w:rsidRPr="00D725A6" w:rsidRDefault="00D725A6" w:rsidP="00D725A6">
      <w:pPr>
        <w:spacing w:after="120"/>
        <w:jc w:val="both"/>
        <w:rPr>
          <w:lang w:val="it-IT"/>
        </w:rPr>
      </w:pPr>
      <w:r w:rsidRPr="00D725A6">
        <w:rPr>
          <w:lang w:val="it-IT"/>
        </w:rPr>
        <w:t xml:space="preserve">ai sensi dell’art. 46 (dichiarazione sostitutiva di certificazione) e dell’art. 47 (dichiarazione sostitutiva di atto di notorietà) del DPR 445/2000 e </w:t>
      </w:r>
      <w:proofErr w:type="spellStart"/>
      <w:r w:rsidRPr="00D725A6">
        <w:rPr>
          <w:lang w:val="it-IT"/>
        </w:rPr>
        <w:t>s.m.i.</w:t>
      </w:r>
      <w:proofErr w:type="spellEnd"/>
      <w:r w:rsidRPr="00D725A6">
        <w:rPr>
          <w:lang w:val="it-IT"/>
        </w:rPr>
        <w:t xml:space="preserve"> e consapevole delle sanzioni penali previste in caso di dichiarazioni non veritiere relative alle dichiarazioni contenute nella presente richiesta e della conseguente decadenza dai benefici (artt. 75 e 76 del DPR 445/2000 e </w:t>
      </w:r>
      <w:proofErr w:type="spellStart"/>
      <w:r w:rsidRPr="00D725A6">
        <w:rPr>
          <w:lang w:val="it-IT"/>
        </w:rPr>
        <w:t>s.m.i.</w:t>
      </w:r>
      <w:proofErr w:type="spellEnd"/>
      <w:r w:rsidRPr="00D725A6">
        <w:rPr>
          <w:lang w:val="it-IT"/>
        </w:rPr>
        <w:t xml:space="preserve">) </w:t>
      </w:r>
    </w:p>
    <w:p w14:paraId="17989EF9" w14:textId="77777777" w:rsidR="00DE6558" w:rsidRDefault="00000000">
      <w:pPr>
        <w:spacing w:after="120"/>
        <w:jc w:val="both"/>
      </w:pPr>
      <w:r>
        <w:rPr>
          <w:i/>
        </w:rPr>
        <w:t>(</w:t>
      </w:r>
      <w:proofErr w:type="gramStart"/>
      <w:r>
        <w:rPr>
          <w:i/>
        </w:rPr>
        <w:t>barrare</w:t>
      </w:r>
      <w:proofErr w:type="gramEnd"/>
      <w:r>
        <w:rPr>
          <w:i/>
        </w:rPr>
        <w:t xml:space="preserve"> tutte le caselle, requisiti a pena di esclusione ai sensi dell'art. 3 dell'avviso)</w:t>
      </w:r>
    </w:p>
    <w:p w14:paraId="55176F07" w14:textId="77777777" w:rsidR="00DE6558" w:rsidRDefault="00000000">
      <w:pPr>
        <w:spacing w:after="120"/>
        <w:ind w:left="283"/>
      </w:pPr>
      <w:r>
        <w:t>☐  di essere maggiorenne;</w:t>
      </w:r>
    </w:p>
    <w:p w14:paraId="7F0B3EB3" w14:textId="77777777" w:rsidR="00DE6558" w:rsidRDefault="00000000">
      <w:pPr>
        <w:spacing w:after="120"/>
        <w:ind w:left="283"/>
      </w:pPr>
      <w:r>
        <w:t>☐  di essere in possesso del diploma dell'Accademia di Belle Arti, conseguito in data ____________________ presso ____________________________________________ (indicare estremi);</w:t>
      </w:r>
    </w:p>
    <w:p w14:paraId="6D714D17" w14:textId="77777777" w:rsidR="00DE6558" w:rsidRDefault="00000000">
      <w:pPr>
        <w:spacing w:after="120"/>
        <w:ind w:left="283"/>
      </w:pPr>
      <w:r>
        <w:t>☐  di aver realizzato almeno 10 (dieci) murales nel biennio precedente, in caso di partecipazione singola, ovvero almeno 20 (venti) murales, in caso di partecipazione in gruppo, come da book fotografico allegato alla presente domanda;</w:t>
      </w:r>
    </w:p>
    <w:p w14:paraId="2EA75322" w14:textId="77777777" w:rsidR="00DE6558" w:rsidRDefault="00000000">
      <w:pPr>
        <w:spacing w:before="240" w:after="120"/>
      </w:pPr>
      <w:r>
        <w:rPr>
          <w:b/>
          <w:color w:val="1F3B57"/>
          <w:sz w:val="24"/>
        </w:rPr>
        <w:t>5. Ulteriori dichiarazioni</w:t>
      </w:r>
    </w:p>
    <w:p w14:paraId="642D08DB" w14:textId="77777777" w:rsidR="00DE6558" w:rsidRDefault="00000000">
      <w:pPr>
        <w:spacing w:after="120"/>
        <w:jc w:val="both"/>
      </w:pPr>
      <w:r>
        <w:t>Il/La sottoscritto/a dichiara altresì (barrare tutte le caselle):</w:t>
      </w:r>
    </w:p>
    <w:p w14:paraId="2EB99AAB" w14:textId="25B149B3" w:rsidR="00DE6558" w:rsidRPr="00D334C7" w:rsidRDefault="00000000" w:rsidP="00D334C7">
      <w:pPr>
        <w:tabs>
          <w:tab w:val="left" w:pos="426"/>
        </w:tabs>
        <w:spacing w:after="120"/>
        <w:ind w:left="426"/>
        <w:rPr>
          <w:lang w:val="it-IT"/>
        </w:rPr>
      </w:pPr>
      <w:proofErr w:type="gramStart"/>
      <w:r w:rsidRPr="00D334C7">
        <w:rPr>
          <w:lang w:val="it-IT"/>
        </w:rPr>
        <w:t xml:space="preserve">☐  </w:t>
      </w:r>
      <w:r w:rsidR="00D334C7" w:rsidRPr="00D334C7">
        <w:rPr>
          <w:lang w:val="it-IT"/>
        </w:rPr>
        <w:tab/>
      </w:r>
      <w:proofErr w:type="gramEnd"/>
      <w:r w:rsidRPr="00D334C7">
        <w:rPr>
          <w:lang w:val="it-IT"/>
        </w:rPr>
        <w:t xml:space="preserve">di aver letto e accettato incondizionatamente l'avviso di concorso e il relativo disciplinare, nonché di </w:t>
      </w:r>
      <w:r w:rsidR="00D334C7" w:rsidRPr="00D334C7">
        <w:rPr>
          <w:lang w:val="it-IT"/>
        </w:rPr>
        <w:tab/>
      </w:r>
      <w:r w:rsidRPr="00D334C7">
        <w:rPr>
          <w:lang w:val="it-IT"/>
        </w:rPr>
        <w:t>accettare incondizionatamente le decisioni della Commissione giudicatrice di cui all'art. 10 dell'avviso;</w:t>
      </w:r>
    </w:p>
    <w:p w14:paraId="216F552F" w14:textId="29512A8B" w:rsidR="00DE6558" w:rsidRPr="00D334C7" w:rsidRDefault="00000000" w:rsidP="00D334C7">
      <w:pPr>
        <w:tabs>
          <w:tab w:val="left" w:pos="426"/>
        </w:tabs>
        <w:spacing w:after="120"/>
        <w:ind w:left="426"/>
        <w:rPr>
          <w:lang w:val="it-IT"/>
        </w:rPr>
      </w:pPr>
      <w:proofErr w:type="gramStart"/>
      <w:r w:rsidRPr="00D334C7">
        <w:rPr>
          <w:lang w:val="it-IT"/>
        </w:rPr>
        <w:t xml:space="preserve">☐  </w:t>
      </w:r>
      <w:r w:rsidR="00D334C7" w:rsidRPr="00D334C7">
        <w:rPr>
          <w:lang w:val="it-IT"/>
        </w:rPr>
        <w:tab/>
      </w:r>
      <w:proofErr w:type="gramEnd"/>
      <w:r w:rsidRPr="00D334C7">
        <w:rPr>
          <w:lang w:val="it-IT"/>
        </w:rPr>
        <w:t xml:space="preserve">che l'opera presentata è frutto del proprio originale ingegno e non lede diritti di terzi, ivi compresi </w:t>
      </w:r>
      <w:r w:rsidR="00D334C7" w:rsidRPr="00D334C7">
        <w:rPr>
          <w:lang w:val="it-IT"/>
        </w:rPr>
        <w:tab/>
      </w:r>
      <w:r w:rsidRPr="00D334C7">
        <w:rPr>
          <w:lang w:val="it-IT"/>
        </w:rPr>
        <w:t>diritti d'autore e di proprietà intellettuale;</w:t>
      </w:r>
    </w:p>
    <w:p w14:paraId="4723B55B" w14:textId="70F154C8" w:rsidR="00DE6558" w:rsidRPr="00D334C7" w:rsidRDefault="00000000" w:rsidP="00D334C7">
      <w:pPr>
        <w:tabs>
          <w:tab w:val="left" w:pos="426"/>
        </w:tabs>
        <w:spacing w:after="120"/>
        <w:ind w:left="426"/>
        <w:rPr>
          <w:lang w:val="it-IT"/>
        </w:rPr>
      </w:pPr>
      <w:proofErr w:type="gramStart"/>
      <w:r w:rsidRPr="00D334C7">
        <w:rPr>
          <w:lang w:val="it-IT"/>
        </w:rPr>
        <w:t xml:space="preserve">☐  </w:t>
      </w:r>
      <w:r w:rsidR="00D334C7" w:rsidRPr="00D334C7">
        <w:rPr>
          <w:lang w:val="it-IT"/>
        </w:rPr>
        <w:tab/>
      </w:r>
      <w:proofErr w:type="gramEnd"/>
      <w:r w:rsidRPr="00D334C7">
        <w:rPr>
          <w:lang w:val="it-IT"/>
        </w:rPr>
        <w:t xml:space="preserve">che i bozzetti presentati, qualora dichiarati vincitori, saranno acquisiti al patrimonio del Comune di </w:t>
      </w:r>
      <w:r w:rsidR="00D334C7" w:rsidRPr="00D334C7">
        <w:rPr>
          <w:lang w:val="it-IT"/>
        </w:rPr>
        <w:tab/>
      </w:r>
      <w:r w:rsidRPr="00D334C7">
        <w:rPr>
          <w:lang w:val="it-IT"/>
        </w:rPr>
        <w:t xml:space="preserve">Santa Flavia e potranno essere utilizzati, con citazione del nome e cognome dell'autore o degli autori, </w:t>
      </w:r>
      <w:r w:rsidR="00D334C7" w:rsidRPr="00D334C7">
        <w:rPr>
          <w:lang w:val="it-IT"/>
        </w:rPr>
        <w:tab/>
      </w:r>
      <w:r w:rsidRPr="00D334C7">
        <w:rPr>
          <w:lang w:val="it-IT"/>
        </w:rPr>
        <w:t>per finalità di pubblicità e comunicazione istituzionale;</w:t>
      </w:r>
    </w:p>
    <w:p w14:paraId="3FF13043" w14:textId="754E80D4" w:rsidR="00DE6558" w:rsidRPr="00D334C7" w:rsidRDefault="00000000" w:rsidP="00D334C7">
      <w:pPr>
        <w:tabs>
          <w:tab w:val="left" w:pos="426"/>
        </w:tabs>
        <w:spacing w:after="120"/>
        <w:ind w:left="426"/>
        <w:rPr>
          <w:lang w:val="it-IT"/>
        </w:rPr>
      </w:pPr>
      <w:proofErr w:type="gramStart"/>
      <w:r w:rsidRPr="00D334C7">
        <w:rPr>
          <w:lang w:val="it-IT"/>
        </w:rPr>
        <w:lastRenderedPageBreak/>
        <w:t xml:space="preserve">☐  </w:t>
      </w:r>
      <w:r w:rsidR="00D334C7" w:rsidRPr="00D334C7">
        <w:rPr>
          <w:lang w:val="it-IT"/>
        </w:rPr>
        <w:tab/>
      </w:r>
      <w:proofErr w:type="gramEnd"/>
      <w:r w:rsidRPr="00D334C7">
        <w:rPr>
          <w:lang w:val="it-IT"/>
        </w:rPr>
        <w:t xml:space="preserve">che, in caso di aggiudicazione, non potranno essere realizzati ulteriori esemplari dell'opera proposta in </w:t>
      </w:r>
      <w:r w:rsidR="00D334C7" w:rsidRPr="00D334C7">
        <w:rPr>
          <w:lang w:val="it-IT"/>
        </w:rPr>
        <w:tab/>
      </w:r>
      <w:r w:rsidRPr="00D334C7">
        <w:rPr>
          <w:lang w:val="it-IT"/>
        </w:rPr>
        <w:t>altri contesti, salvo diversa ed espressa autorizzazione del Comune di Santa Flavia;</w:t>
      </w:r>
    </w:p>
    <w:p w14:paraId="22D549C4" w14:textId="5FB12EBD" w:rsidR="00DE6558" w:rsidRPr="00D334C7" w:rsidRDefault="00000000" w:rsidP="00D334C7">
      <w:pPr>
        <w:tabs>
          <w:tab w:val="left" w:pos="426"/>
        </w:tabs>
        <w:spacing w:after="120"/>
        <w:ind w:left="426"/>
        <w:rPr>
          <w:lang w:val="it-IT"/>
        </w:rPr>
      </w:pPr>
      <w:proofErr w:type="gramStart"/>
      <w:r w:rsidRPr="00D334C7">
        <w:rPr>
          <w:lang w:val="it-IT"/>
        </w:rPr>
        <w:t xml:space="preserve">☐  </w:t>
      </w:r>
      <w:r w:rsidR="00D334C7" w:rsidRPr="00D334C7">
        <w:rPr>
          <w:lang w:val="it-IT"/>
        </w:rPr>
        <w:tab/>
      </w:r>
      <w:proofErr w:type="gramEnd"/>
      <w:r w:rsidRPr="00D334C7">
        <w:rPr>
          <w:lang w:val="it-IT"/>
        </w:rPr>
        <w:t xml:space="preserve">di sollevare l'Amministrazione comunale da ogni responsabilità per danni a cose o persone, ovvero per </w:t>
      </w:r>
      <w:r w:rsidR="00D334C7" w:rsidRPr="00D334C7">
        <w:rPr>
          <w:lang w:val="it-IT"/>
        </w:rPr>
        <w:tab/>
      </w:r>
      <w:r w:rsidRPr="00D334C7">
        <w:rPr>
          <w:lang w:val="it-IT"/>
        </w:rPr>
        <w:t>infortuni, che dovessero verificarsi in relazione allo svolgimento dell'iniziativa;</w:t>
      </w:r>
    </w:p>
    <w:p w14:paraId="6B7BAC5B" w14:textId="2B5AEDE4" w:rsidR="00DE6558" w:rsidRPr="00D334C7" w:rsidRDefault="00000000" w:rsidP="00D334C7">
      <w:pPr>
        <w:tabs>
          <w:tab w:val="left" w:pos="426"/>
        </w:tabs>
        <w:spacing w:after="120"/>
        <w:ind w:left="426"/>
        <w:rPr>
          <w:lang w:val="it-IT"/>
        </w:rPr>
      </w:pPr>
      <w:r w:rsidRPr="00D334C7">
        <w:rPr>
          <w:lang w:val="it-IT"/>
        </w:rPr>
        <w:t xml:space="preserve">☐ </w:t>
      </w:r>
      <w:r w:rsidR="00D334C7" w:rsidRPr="00D334C7">
        <w:rPr>
          <w:lang w:val="it-IT"/>
        </w:rPr>
        <w:tab/>
      </w:r>
      <w:r w:rsidRPr="00D334C7">
        <w:rPr>
          <w:lang w:val="it-IT"/>
        </w:rPr>
        <w:t xml:space="preserve"> di impegnarsi, in caso di aggiudicazione, a realizzare l'opera proposta entro il termine perentorio dell'11 </w:t>
      </w:r>
      <w:r w:rsidR="00D334C7" w:rsidRPr="00D334C7">
        <w:rPr>
          <w:lang w:val="it-IT"/>
        </w:rPr>
        <w:tab/>
      </w:r>
      <w:r w:rsidRPr="00D334C7">
        <w:rPr>
          <w:lang w:val="it-IT"/>
        </w:rPr>
        <w:t>ottobre 2026, salvo l'eventuale proroga di 7 giorni per ritocchi e finiture di cui all'art. 12 dell'avviso;</w:t>
      </w:r>
    </w:p>
    <w:p w14:paraId="02901C31" w14:textId="5A650683" w:rsidR="00DE6558" w:rsidRPr="00D334C7" w:rsidRDefault="00000000" w:rsidP="00D334C7">
      <w:pPr>
        <w:tabs>
          <w:tab w:val="left" w:pos="426"/>
        </w:tabs>
        <w:spacing w:after="120"/>
        <w:ind w:left="426"/>
        <w:rPr>
          <w:lang w:val="it-IT"/>
        </w:rPr>
      </w:pPr>
      <w:proofErr w:type="gramStart"/>
      <w:r w:rsidRPr="00D334C7">
        <w:rPr>
          <w:lang w:val="it-IT"/>
        </w:rPr>
        <w:t xml:space="preserve">☐  </w:t>
      </w:r>
      <w:r w:rsidR="00D334C7" w:rsidRPr="00D334C7">
        <w:rPr>
          <w:lang w:val="it-IT"/>
        </w:rPr>
        <w:tab/>
      </w:r>
      <w:proofErr w:type="gramEnd"/>
      <w:r w:rsidRPr="00D334C7">
        <w:rPr>
          <w:lang w:val="it-IT"/>
        </w:rPr>
        <w:t xml:space="preserve">di essere consapevole che il corrispettivo per la realizzazione dell'opera non potrà eccedere l'importo </w:t>
      </w:r>
      <w:r w:rsidR="00D334C7" w:rsidRPr="00D334C7">
        <w:rPr>
          <w:lang w:val="it-IT"/>
        </w:rPr>
        <w:tab/>
      </w:r>
      <w:r w:rsidRPr="00D334C7">
        <w:rPr>
          <w:lang w:val="it-IT"/>
        </w:rPr>
        <w:t xml:space="preserve">omnicomprensivo di € 40.000,00 (quarantamila/00), soggetto a ribasso, posto a base della procedura ai </w:t>
      </w:r>
      <w:r w:rsidR="00D334C7" w:rsidRPr="00D334C7">
        <w:rPr>
          <w:lang w:val="it-IT"/>
        </w:rPr>
        <w:tab/>
      </w:r>
      <w:r w:rsidRPr="00D334C7">
        <w:rPr>
          <w:lang w:val="it-IT"/>
        </w:rPr>
        <w:t xml:space="preserve">sensi dell'art. 3 dell'avviso, e che lo stesso sarà erogato nella misura del 50% all'aggiudicazione e del </w:t>
      </w:r>
      <w:r w:rsidR="00D334C7" w:rsidRPr="00D334C7">
        <w:rPr>
          <w:lang w:val="it-IT"/>
        </w:rPr>
        <w:tab/>
      </w:r>
      <w:r w:rsidRPr="00D334C7">
        <w:rPr>
          <w:lang w:val="it-IT"/>
        </w:rPr>
        <w:t>residuo 50% alla consegna dell'opera, previo parere di congruità dell'Ufficio Tecnico Comunale;</w:t>
      </w:r>
    </w:p>
    <w:p w14:paraId="6D964450" w14:textId="70B7C2C1" w:rsidR="00DE6558" w:rsidRPr="00D334C7" w:rsidRDefault="00000000" w:rsidP="00D334C7">
      <w:pPr>
        <w:tabs>
          <w:tab w:val="left" w:pos="426"/>
        </w:tabs>
        <w:spacing w:after="120"/>
        <w:ind w:left="426"/>
        <w:rPr>
          <w:lang w:val="it-IT"/>
        </w:rPr>
      </w:pPr>
      <w:proofErr w:type="gramStart"/>
      <w:r w:rsidRPr="00D334C7">
        <w:rPr>
          <w:lang w:val="it-IT"/>
        </w:rPr>
        <w:t xml:space="preserve">☐  </w:t>
      </w:r>
      <w:r w:rsidR="00D334C7" w:rsidRPr="00D334C7">
        <w:rPr>
          <w:lang w:val="it-IT"/>
        </w:rPr>
        <w:tab/>
      </w:r>
      <w:proofErr w:type="gramEnd"/>
      <w:r w:rsidRPr="00D334C7">
        <w:rPr>
          <w:lang w:val="it-IT"/>
        </w:rPr>
        <w:t xml:space="preserve">di autorizzare il trattamento dei dati personali contenuti nella presente domanda ai sensi del </w:t>
      </w:r>
      <w:r w:rsidR="00D334C7" w:rsidRPr="00D334C7">
        <w:rPr>
          <w:lang w:val="it-IT"/>
        </w:rPr>
        <w:tab/>
      </w:r>
      <w:r w:rsidRPr="00D334C7">
        <w:rPr>
          <w:lang w:val="it-IT"/>
        </w:rPr>
        <w:t xml:space="preserve">Regolamento (UE) 2016/679 (GDPR) e del </w:t>
      </w:r>
      <w:proofErr w:type="spellStart"/>
      <w:r w:rsidRPr="00D334C7">
        <w:rPr>
          <w:lang w:val="it-IT"/>
        </w:rPr>
        <w:t>D.Lgs.</w:t>
      </w:r>
      <w:proofErr w:type="spellEnd"/>
      <w:r w:rsidRPr="00D334C7">
        <w:rPr>
          <w:lang w:val="it-IT"/>
        </w:rPr>
        <w:t xml:space="preserve"> 30 giugno 2003, n. 196, come modificato dal </w:t>
      </w:r>
      <w:proofErr w:type="spellStart"/>
      <w:r w:rsidRPr="00D334C7">
        <w:rPr>
          <w:lang w:val="it-IT"/>
        </w:rPr>
        <w:t>D.Lgs.</w:t>
      </w:r>
      <w:proofErr w:type="spellEnd"/>
      <w:r w:rsidRPr="00D334C7">
        <w:rPr>
          <w:lang w:val="it-IT"/>
        </w:rPr>
        <w:t xml:space="preserve"> 10 </w:t>
      </w:r>
      <w:r w:rsidR="00D334C7" w:rsidRPr="00D334C7">
        <w:rPr>
          <w:lang w:val="it-IT"/>
        </w:rPr>
        <w:tab/>
      </w:r>
      <w:r w:rsidRPr="00D334C7">
        <w:rPr>
          <w:lang w:val="it-IT"/>
        </w:rPr>
        <w:t xml:space="preserve">agosto 2018, n. 101, nonché la loro archiviazione nella banca dati del Comune di Santa Flavia e del GAL </w:t>
      </w:r>
      <w:r w:rsidR="00D334C7" w:rsidRPr="00D334C7">
        <w:rPr>
          <w:lang w:val="it-IT"/>
        </w:rPr>
        <w:tab/>
      </w:r>
      <w:r w:rsidRPr="00D334C7">
        <w:rPr>
          <w:lang w:val="it-IT"/>
        </w:rPr>
        <w:t>Pesca FLAG Golfo di Termini Imerese.</w:t>
      </w:r>
    </w:p>
    <w:p w14:paraId="5C6A6E86" w14:textId="77777777" w:rsidR="00DE6558" w:rsidRDefault="00000000">
      <w:pPr>
        <w:spacing w:before="240" w:after="120"/>
      </w:pPr>
      <w:r>
        <w:rPr>
          <w:b/>
          <w:color w:val="1F3B57"/>
          <w:sz w:val="24"/>
        </w:rPr>
        <w:t>6. Documentazione allegata</w:t>
      </w:r>
    </w:p>
    <w:p w14:paraId="7A1EE3B1" w14:textId="77777777" w:rsidR="00DE6558" w:rsidRDefault="00000000">
      <w:pPr>
        <w:spacing w:after="120"/>
        <w:jc w:val="both"/>
      </w:pPr>
      <w:r>
        <w:t>Alla presente domanda si allega (barrare tutte le caselle, documentazione a pena di esclusione ai sensi dell'art. 5 dell'avviso):</w:t>
      </w:r>
    </w:p>
    <w:p w14:paraId="0E11F56A" w14:textId="540A3BF0" w:rsidR="00DE6558" w:rsidRPr="00D334C7" w:rsidRDefault="00000000" w:rsidP="00D334C7">
      <w:pPr>
        <w:spacing w:after="120"/>
        <w:ind w:left="709" w:hanging="283"/>
        <w:rPr>
          <w:lang w:val="it-IT"/>
        </w:rPr>
      </w:pPr>
      <w:proofErr w:type="gramStart"/>
      <w:r w:rsidRPr="00D334C7">
        <w:rPr>
          <w:lang w:val="it-IT"/>
        </w:rPr>
        <w:t xml:space="preserve">☐  </w:t>
      </w:r>
      <w:r w:rsidR="00D334C7" w:rsidRPr="00D334C7">
        <w:rPr>
          <w:lang w:val="it-IT"/>
        </w:rPr>
        <w:tab/>
      </w:r>
      <w:proofErr w:type="gramEnd"/>
      <w:r w:rsidRPr="00D334C7">
        <w:rPr>
          <w:lang w:val="it-IT"/>
        </w:rPr>
        <w:t>fotocopia di documento d'identità in corso di validità del sottoscrittore o, in caso di gruppo, di tutti i partecipanti;</w:t>
      </w:r>
    </w:p>
    <w:p w14:paraId="62009D93" w14:textId="27AA5575" w:rsidR="00DE6558" w:rsidRPr="00D334C7" w:rsidRDefault="00000000" w:rsidP="00D334C7">
      <w:pPr>
        <w:spacing w:after="120"/>
        <w:ind w:left="709" w:hanging="283"/>
        <w:rPr>
          <w:lang w:val="it-IT"/>
        </w:rPr>
      </w:pPr>
      <w:proofErr w:type="gramStart"/>
      <w:r w:rsidRPr="00D334C7">
        <w:rPr>
          <w:lang w:val="it-IT"/>
        </w:rPr>
        <w:t xml:space="preserve">☐  </w:t>
      </w:r>
      <w:r w:rsidR="00D334C7" w:rsidRPr="00D334C7">
        <w:rPr>
          <w:lang w:val="it-IT"/>
        </w:rPr>
        <w:tab/>
      </w:r>
      <w:proofErr w:type="gramEnd"/>
      <w:r w:rsidRPr="00D334C7">
        <w:rPr>
          <w:lang w:val="it-IT"/>
        </w:rPr>
        <w:t>curriculum vitae, in formato A4, massimo 6 (sei) pagine, corredato dal book fotografico delle opere realizzate, del sottoscrittore o, in caso di gruppo, di tutti i partecipanti;</w:t>
      </w:r>
    </w:p>
    <w:p w14:paraId="4CAA07D6" w14:textId="4C9D393A" w:rsidR="00DE6558" w:rsidRPr="00D334C7" w:rsidRDefault="00000000" w:rsidP="00D334C7">
      <w:pPr>
        <w:spacing w:after="120"/>
        <w:ind w:left="709" w:hanging="283"/>
        <w:rPr>
          <w:lang w:val="it-IT"/>
        </w:rPr>
      </w:pPr>
      <w:proofErr w:type="gramStart"/>
      <w:r w:rsidRPr="00D334C7">
        <w:rPr>
          <w:lang w:val="it-IT"/>
        </w:rPr>
        <w:t xml:space="preserve">☐  </w:t>
      </w:r>
      <w:r w:rsidR="00D334C7" w:rsidRPr="00D334C7">
        <w:rPr>
          <w:lang w:val="it-IT"/>
        </w:rPr>
        <w:tab/>
      </w:r>
      <w:proofErr w:type="gramEnd"/>
      <w:r w:rsidRPr="00D334C7">
        <w:rPr>
          <w:lang w:val="it-IT"/>
        </w:rPr>
        <w:t>bozzetto, corredato da foto e/o rendering, formato massimo 3 MB, con indicazione della lettera identificativa (A-B-C-D-E-F) di ciascuna porzione di prospetto trattata, secondo le planimetrie allegate all'avviso;</w:t>
      </w:r>
    </w:p>
    <w:p w14:paraId="31FB8B1D" w14:textId="46A94A19" w:rsidR="00DE6558" w:rsidRPr="00D334C7" w:rsidRDefault="00000000" w:rsidP="00D334C7">
      <w:pPr>
        <w:spacing w:after="120"/>
        <w:ind w:left="709" w:hanging="283"/>
        <w:rPr>
          <w:lang w:val="it-IT"/>
        </w:rPr>
      </w:pPr>
      <w:proofErr w:type="gramStart"/>
      <w:r w:rsidRPr="00D334C7">
        <w:rPr>
          <w:lang w:val="it-IT"/>
        </w:rPr>
        <w:t xml:space="preserve">☐  </w:t>
      </w:r>
      <w:r w:rsidR="00D334C7" w:rsidRPr="00D334C7">
        <w:rPr>
          <w:lang w:val="it-IT"/>
        </w:rPr>
        <w:tab/>
      </w:r>
      <w:proofErr w:type="gramEnd"/>
      <w:r w:rsidRPr="00D334C7">
        <w:rPr>
          <w:lang w:val="it-IT"/>
        </w:rPr>
        <w:t>testo descrittivo dell'opera, formato A4, massimo 1 pagina, che evidenzi il radicamento della proposta alle tradizioni marinare del luogo, in coerenza con il tema «Un mare di colore»;</w:t>
      </w:r>
    </w:p>
    <w:p w14:paraId="1A14A05E" w14:textId="678C8DBA" w:rsidR="00DE6558" w:rsidRPr="00D334C7" w:rsidRDefault="00000000" w:rsidP="00D334C7">
      <w:pPr>
        <w:spacing w:after="120"/>
        <w:ind w:left="709" w:hanging="283"/>
        <w:rPr>
          <w:lang w:val="it-IT"/>
        </w:rPr>
      </w:pPr>
      <w:proofErr w:type="gramStart"/>
      <w:r w:rsidRPr="00D334C7">
        <w:rPr>
          <w:lang w:val="it-IT"/>
        </w:rPr>
        <w:t xml:space="preserve">☐  </w:t>
      </w:r>
      <w:r w:rsidR="00D334C7" w:rsidRPr="00D334C7">
        <w:rPr>
          <w:lang w:val="it-IT"/>
        </w:rPr>
        <w:tab/>
      </w:r>
      <w:proofErr w:type="gramEnd"/>
      <w:r w:rsidRPr="00D334C7">
        <w:rPr>
          <w:lang w:val="it-IT"/>
        </w:rPr>
        <w:t>relazione tecnico-illustrativa dei materiali che si intendono utilizzare per la realizzazione del murale, tenuto conto della natura permanente dell'opera e delle esigenze di manutenzione nel tempo;</w:t>
      </w:r>
    </w:p>
    <w:p w14:paraId="0537CC12" w14:textId="17C0D29E" w:rsidR="00DE6558" w:rsidRPr="00D334C7" w:rsidRDefault="00000000" w:rsidP="00D334C7">
      <w:pPr>
        <w:spacing w:after="120"/>
        <w:ind w:left="709" w:hanging="283"/>
        <w:rPr>
          <w:lang w:val="it-IT"/>
        </w:rPr>
      </w:pPr>
      <w:proofErr w:type="gramStart"/>
      <w:r w:rsidRPr="00D334C7">
        <w:rPr>
          <w:lang w:val="it-IT"/>
        </w:rPr>
        <w:t xml:space="preserve">☐  </w:t>
      </w:r>
      <w:r w:rsidR="00D334C7" w:rsidRPr="00D334C7">
        <w:rPr>
          <w:lang w:val="it-IT"/>
        </w:rPr>
        <w:tab/>
      </w:r>
      <w:proofErr w:type="gramEnd"/>
      <w:r w:rsidRPr="00D334C7">
        <w:rPr>
          <w:lang w:val="it-IT"/>
        </w:rPr>
        <w:t>preventivo dettagliato dei costi dell'opera, formulato entro il limite dell'importo omnicomprensivo di € 40.000,00 di cui all'art. 3 dell'avviso, con indicazione dell'eventuale ribasso offerto, del prezzo dei materiali, dei noleggi, delle attrezzature e del corrispettivo per l'artista o gli artisti (specificando se soggetto a ritenuta d'acconto o IVA).</w:t>
      </w:r>
    </w:p>
    <w:p w14:paraId="489C9472" w14:textId="77777777" w:rsidR="00DE6558" w:rsidRDefault="00000000">
      <w:pPr>
        <w:spacing w:after="120"/>
        <w:jc w:val="both"/>
      </w:pPr>
      <w:r>
        <w:rPr>
          <w:i/>
        </w:rPr>
        <w:t xml:space="preserve">Il/La sottoscritto/a prende atto che tutte le comunicazioni relative alla presente procedura avverranno esclusivamente tramite gli indirizzi e-mail e/o PEC indicati nella presente domanda, e che la stessa dovrà pervenire, a pena di esclusione, entro il termine perentorio di 8 (otto) giorni naturali e consecutivi dalla </w:t>
      </w:r>
      <w:r>
        <w:rPr>
          <w:i/>
        </w:rPr>
        <w:lastRenderedPageBreak/>
        <w:t>pubblicazione dell'avviso sul portale del GAL Pesca FLAG Golfo di Termini Imerese, e comunque non oltre le ore 23:59 del giorno 3 settembre 2026.</w:t>
      </w:r>
    </w:p>
    <w:p w14:paraId="39F7C550" w14:textId="77777777" w:rsidR="00DE6558" w:rsidRDefault="00DE6558">
      <w:pPr>
        <w:spacing w:after="120"/>
        <w:jc w:val="both"/>
      </w:pPr>
    </w:p>
    <w:p w14:paraId="7159571D" w14:textId="77777777" w:rsidR="00DE6558" w:rsidRDefault="00DE6558">
      <w:pPr>
        <w:pBdr>
          <w:bottom w:val="single" w:sz="6" w:space="1" w:color="1F3B57"/>
        </w:pBdr>
        <w:spacing w:after="80"/>
      </w:pPr>
    </w:p>
    <w:p w14:paraId="0B6FF790" w14:textId="77777777" w:rsidR="00DE6558" w:rsidRDefault="00000000">
      <w:pPr>
        <w:spacing w:after="280"/>
        <w:jc w:val="both"/>
      </w:pPr>
      <w:r>
        <w:t>Letto, confermato e sottoscritto.</w:t>
      </w:r>
    </w:p>
    <w:p w14:paraId="617904BC" w14:textId="77777777" w:rsidR="00DE6558" w:rsidRDefault="00000000">
      <w:r>
        <w:rPr>
          <w:b/>
        </w:rPr>
        <w:t xml:space="preserve">Luogo e data: </w:t>
      </w:r>
      <w:r>
        <w:t>_____________________________________________</w:t>
      </w:r>
    </w:p>
    <w:p w14:paraId="7AB78DB0" w14:textId="77777777" w:rsidR="00DE6558" w:rsidRDefault="00DE6558">
      <w:pPr>
        <w:spacing w:after="120"/>
        <w:jc w:val="both"/>
      </w:pPr>
    </w:p>
    <w:p w14:paraId="6EC3A0A1" w14:textId="77777777" w:rsidR="00DE6558" w:rsidRDefault="00000000">
      <w:r>
        <w:rPr>
          <w:b/>
        </w:rPr>
        <w:t xml:space="preserve">Firma del concorrente singolo o del Referente del gruppo: </w:t>
      </w:r>
      <w:r>
        <w:t>___________________________________</w:t>
      </w:r>
    </w:p>
    <w:p w14:paraId="61F63EE4" w14:textId="77777777" w:rsidR="00DE6558" w:rsidRDefault="00DE6558">
      <w:pPr>
        <w:spacing w:after="120"/>
        <w:jc w:val="both"/>
      </w:pPr>
    </w:p>
    <w:p w14:paraId="3ED79B27" w14:textId="77777777" w:rsidR="00DE6558" w:rsidRDefault="00000000">
      <w:r>
        <w:rPr>
          <w:b/>
        </w:rPr>
        <w:t xml:space="preserve">Firma degli altri componenti del gruppo (se applicabile): </w:t>
      </w:r>
      <w:r>
        <w:t>___________________________________</w:t>
      </w:r>
    </w:p>
    <w:p w14:paraId="7067F757" w14:textId="77777777" w:rsidR="00DE6558" w:rsidRDefault="00DE6558">
      <w:pPr>
        <w:spacing w:after="120"/>
        <w:jc w:val="both"/>
      </w:pPr>
    </w:p>
    <w:p w14:paraId="5F88AC14" w14:textId="77777777" w:rsidR="00DE6558" w:rsidRDefault="00000000">
      <w:pPr>
        <w:spacing w:after="120"/>
        <w:jc w:val="both"/>
      </w:pPr>
      <w:r>
        <w:rPr>
          <w:i/>
          <w:sz w:val="20"/>
        </w:rPr>
        <w:t>N.B.: la presente domanda, debitamente compilata in ogni sua parte, datata e sottoscritta, dovrà essere trasmessa in formato PDF, unitamente a tutta la documentazione richiesta e a copia del documento d'identità del sottoscrittore, esclusivamente a mezzo PEC all'indirizzo gacgolfoditermini@pec.it, con indicazione nell'oggetto di «Partecipazione al Concorso di idee per la realizzazione di un murale – Mercato Ittico di Porticello».</w:t>
      </w:r>
    </w:p>
    <w:sectPr w:rsidR="00DE6558"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190610905">
    <w:abstractNumId w:val="8"/>
  </w:num>
  <w:num w:numId="2" w16cid:durableId="404375608">
    <w:abstractNumId w:val="6"/>
  </w:num>
  <w:num w:numId="3" w16cid:durableId="198664327">
    <w:abstractNumId w:val="5"/>
  </w:num>
  <w:num w:numId="4" w16cid:durableId="754715027">
    <w:abstractNumId w:val="4"/>
  </w:num>
  <w:num w:numId="5" w16cid:durableId="2011524700">
    <w:abstractNumId w:val="7"/>
  </w:num>
  <w:num w:numId="6" w16cid:durableId="1472557982">
    <w:abstractNumId w:val="3"/>
  </w:num>
  <w:num w:numId="7" w16cid:durableId="93913219">
    <w:abstractNumId w:val="2"/>
  </w:num>
  <w:num w:numId="8" w16cid:durableId="1424305932">
    <w:abstractNumId w:val="1"/>
  </w:num>
  <w:num w:numId="9" w16cid:durableId="9145834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23CF"/>
    <w:rsid w:val="0015074B"/>
    <w:rsid w:val="0029639D"/>
    <w:rsid w:val="00326F90"/>
    <w:rsid w:val="004D7D2F"/>
    <w:rsid w:val="0094295E"/>
    <w:rsid w:val="00AA1D8D"/>
    <w:rsid w:val="00B47730"/>
    <w:rsid w:val="00CB0664"/>
    <w:rsid w:val="00D334C7"/>
    <w:rsid w:val="00D725A6"/>
    <w:rsid w:val="00DE65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480065"/>
  <w14:defaultImageDpi w14:val="300"/>
  <w15:docId w15:val="{09FAA6C3-911B-5B40-B321-D1894EAD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Calibri" w:hAnsi="Calibri"/>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eWeb">
    <w:name w:val="Normal (Web)"/>
    <w:basedOn w:val="Normale"/>
    <w:uiPriority w:val="99"/>
    <w:semiHidden/>
    <w:unhideWhenUsed/>
    <w:rsid w:val="00D725A6"/>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1259</Words>
  <Characters>7178</Characters>
  <Application>Microsoft Office Word</Application>
  <DocSecurity>0</DocSecurity>
  <Lines>59</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123</cp:lastModifiedBy>
  <cp:revision>2</cp:revision>
  <dcterms:created xsi:type="dcterms:W3CDTF">2026-08-27T19:57:00Z</dcterms:created>
  <dcterms:modified xsi:type="dcterms:W3CDTF">2026-08-27T19:57:00Z</dcterms:modified>
  <cp:category/>
</cp:coreProperties>
</file>